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 w:val="0"/>
          <w:sz w:val="34"/>
        </w:rPr>
        <w:t>Moj list pravil</w:t>
      </w:r>
    </w:p>
    <w:p>
      <w:pPr>
        <w:spacing w:after="200"/>
      </w:pPr>
      <w:r>
        <w:rPr>
          <w:b w:val="0"/>
          <w:sz w:val="20"/>
        </w:rPr>
        <w:t>Ime: ______________________</w:t>
      </w:r>
    </w:p>
    <w:p>
      <w:pPr>
        <w:spacing w:after="160"/>
      </w:pPr>
      <w:r>
        <w:rPr>
          <w:b w:val="0"/>
          <w:sz w:val="18"/>
        </w:rPr>
        <w:t>✓ = vedno upoštevam</w:t>
        <w:br/>
        <w:t>× = potrebujem še nekaj vaje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50" w:type="dxa"/>
          <w:bottom w:w="50" w:type="dxa"/>
          <w:left w:w="55" w:type="dxa"/>
          <w:right w:w="55" w:type="dxa"/>
        </w:tblCellMar>
      </w:tblPr>
      <w:tblGrid>
        <w:gridCol w:w="2886"/>
        <w:gridCol w:w="397"/>
        <w:gridCol w:w="397"/>
        <w:gridCol w:w="397"/>
        <w:gridCol w:w="397"/>
      </w:tblGrid>
      <w:tr>
        <w:trPr>
          <w:cantSplit/>
          <w:tblHeader/>
        </w:trPr>
        <w:tc>
          <w:tcPr>
            <w:tcW w:type="dxa" w:w="2886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Pravilo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4</w:t>
            </w: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Pred vadbo odstranim nakit.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Pred igro pozdravim partnerja.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vlečem za lase.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grizem, davim, ščipam ali praskam.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boksam in ne udarjam.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brcam.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žalim drugih.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Začnem šele ob znaku za začetek.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Po igri se zahvalim partnerju.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Ob besedi STOP se takoj ustavim.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</w:tbl>
    <w:p>
      <w:pPr>
        <w:spacing w:after="0" w:before="100"/>
      </w:pPr>
      <w:r>
        <w:rPr>
          <w:b w:val="0"/>
          <w:sz w:val="17"/>
        </w:rPr>
        <w:t>Številke označujejo postaje.</w:t>
        <w:br/>
        <w:t>Po vsaki igri ocenim svoje ravnanje.</w:t>
      </w:r>
    </w:p>
    <w:p>
      <w:pPr>
        <w:pStyle w:val="Title"/>
        <w:spacing w:after="180"/>
      </w:pPr>
      <w:r>
        <w:br w:type="column"/>
      </w:r>
      <w:r>
        <w:rPr>
          <w:b w:val="0"/>
          <w:sz w:val="34"/>
        </w:rPr>
        <w:t>Moj list pravil</w:t>
      </w:r>
    </w:p>
    <w:p>
      <w:pPr>
        <w:spacing w:after="200"/>
      </w:pPr>
      <w:r>
        <w:rPr>
          <w:b w:val="0"/>
          <w:sz w:val="20"/>
        </w:rPr>
        <w:t>Ime: ______________________</w:t>
      </w:r>
    </w:p>
    <w:p>
      <w:pPr>
        <w:spacing w:after="160"/>
      </w:pPr>
      <w:r>
        <w:rPr>
          <w:b w:val="0"/>
          <w:sz w:val="18"/>
        </w:rPr>
        <w:t>✓ = vedno upoštevam</w:t>
        <w:br/>
        <w:t>× = potrebujem še nekaj vaje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50" w:type="dxa"/>
          <w:bottom w:w="50" w:type="dxa"/>
          <w:left w:w="55" w:type="dxa"/>
          <w:right w:w="55" w:type="dxa"/>
        </w:tblCellMar>
      </w:tblPr>
      <w:tblGrid>
        <w:gridCol w:w="2886"/>
        <w:gridCol w:w="397"/>
        <w:gridCol w:w="397"/>
        <w:gridCol w:w="397"/>
        <w:gridCol w:w="397"/>
      </w:tblGrid>
      <w:tr>
        <w:trPr>
          <w:cantSplit/>
          <w:tblHeader/>
        </w:trPr>
        <w:tc>
          <w:tcPr>
            <w:tcW w:type="dxa" w:w="2886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Pravilo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4</w:t>
            </w: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Pred vadbo odstranim nakit.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Pred igro pozdravim partnerja.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vlečem za lase.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grizem, davim, ščipam ali praskam.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boksam in ne udarjam.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brcam.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žalim drugih.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Začnem šele ob znaku za začetek.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Po igri se zahvalim partnerju.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Ob besedi STOP se takoj ustavim.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</w:tbl>
    <w:p>
      <w:pPr>
        <w:spacing w:after="0" w:before="100"/>
      </w:pPr>
      <w:r>
        <w:rPr>
          <w:b w:val="0"/>
          <w:sz w:val="17"/>
        </w:rPr>
        <w:t>Številke označujejo postaje.</w:t>
        <w:br/>
        <w:t>Po vsaki igri ocenim svoje ravnanje.</w:t>
      </w:r>
    </w:p>
    <w:p>
      <w:pPr>
        <w:pStyle w:val="Title"/>
        <w:spacing w:after="180"/>
      </w:pPr>
      <w:r>
        <w:br w:type="column"/>
      </w:r>
      <w:r>
        <w:rPr>
          <w:b w:val="0"/>
          <w:sz w:val="34"/>
        </w:rPr>
        <w:t>Moj list pravil</w:t>
      </w:r>
    </w:p>
    <w:p>
      <w:pPr>
        <w:spacing w:after="200"/>
      </w:pPr>
      <w:r>
        <w:rPr>
          <w:b w:val="0"/>
          <w:sz w:val="20"/>
        </w:rPr>
        <w:t>Ime: ______________________</w:t>
      </w:r>
    </w:p>
    <w:p>
      <w:pPr>
        <w:spacing w:after="160"/>
      </w:pPr>
      <w:r>
        <w:rPr>
          <w:b w:val="0"/>
          <w:sz w:val="18"/>
        </w:rPr>
        <w:t>✓ = vedno upoštevam</w:t>
        <w:br/>
        <w:t>× = potrebujem še nekaj vaje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50" w:type="dxa"/>
          <w:bottom w:w="50" w:type="dxa"/>
          <w:left w:w="55" w:type="dxa"/>
          <w:right w:w="55" w:type="dxa"/>
        </w:tblCellMar>
      </w:tblPr>
      <w:tblGrid>
        <w:gridCol w:w="2886"/>
        <w:gridCol w:w="397"/>
        <w:gridCol w:w="397"/>
        <w:gridCol w:w="397"/>
        <w:gridCol w:w="397"/>
      </w:tblGrid>
      <w:tr>
        <w:trPr>
          <w:cantSplit/>
          <w:tblHeader/>
        </w:trPr>
        <w:tc>
          <w:tcPr>
            <w:tcW w:type="dxa" w:w="2886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Pravilo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type="dxa" w:w="397"/>
            <w:vAlign w:val="center"/>
            <w:shd w:fill="E5ECF1"/>
          </w:tcPr>
          <w:p>
            <w:pPr>
              <w:spacing w:after="0" w:line="254" w:lineRule="auto"/>
              <w:jc w:val="center"/>
            </w:pPr>
            <w:r>
              <w:rPr>
                <w:b/>
                <w:sz w:val="19"/>
              </w:rPr>
              <w:t>4</w:t>
            </w: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Pred vadbo odstranim nakit.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Pred igro pozdravim partnerja.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vlečem za lase.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grizem, davim, ščipam ali praskam.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boksam in ne udarjam.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brcam.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Ne žalim drugih.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Začnem šele ob znaku za začetek.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FFFFF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Po igri se zahvalim partnerju.</w:t>
            </w: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FFFFF"/>
          </w:tcPr>
          <w:p>
            <w:pPr>
              <w:spacing w:after="0" w:line="254" w:lineRule="auto"/>
              <w:jc w:val="center"/>
            </w:pPr>
          </w:p>
        </w:tc>
      </w:tr>
      <w:tr>
        <w:trPr>
          <w:cantSplit/>
          <w:trHeight w:val="595"/>
        </w:trPr>
        <w:tc>
          <w:tcPr>
            <w:tcW w:type="dxa" w:w="2886"/>
            <w:vAlign w:val="center"/>
            <w:shd w:fill="F6F8F9"/>
          </w:tcPr>
          <w:p>
            <w:pPr>
              <w:spacing w:after="0" w:line="254" w:lineRule="auto"/>
              <w:jc w:val="left"/>
            </w:pPr>
            <w:r>
              <w:rPr>
                <w:b w:val="0"/>
                <w:sz w:val="19"/>
              </w:rPr>
              <w:t>Ob besedi STOP se takoj ustavim.</w:t>
            </w: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  <w:tc>
          <w:tcPr>
            <w:tcW w:type="dxa" w:w="397"/>
            <w:vAlign w:val="center"/>
            <w:shd w:fill="F6F8F9"/>
          </w:tcPr>
          <w:p>
            <w:pPr>
              <w:spacing w:after="0" w:line="254" w:lineRule="auto"/>
              <w:jc w:val="center"/>
            </w:pPr>
          </w:p>
        </w:tc>
      </w:tr>
    </w:tbl>
    <w:p>
      <w:pPr>
        <w:spacing w:after="0" w:before="100"/>
      </w:pPr>
      <w:r>
        <w:rPr>
          <w:b w:val="0"/>
          <w:sz w:val="17"/>
        </w:rPr>
        <w:t>Številke označujejo postaje.</w:t>
        <w:br/>
        <w:t>Po vsaki igri ocenim svoje ravnanje.</w:t>
      </w:r>
    </w:p>
    <w:sectPr w:rsidR="00FC693F" w:rsidRPr="0006063C" w:rsidSect="00034616">
      <w:footerReference w:type="default" r:id="rId9"/>
      <w:pgSz w:w="16838" w:h="11906"/>
      <w:pgMar w:top="794" w:right="794" w:bottom="794" w:left="794" w:header="720" w:footer="397" w:gutter="0"/>
      <w:cols w:space="454" w:num="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© LessonPrep UG (haftungsbeschränkt) · sportplan.si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1"/>
      <w:lang w:val="sl-S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lang w:val="sl-S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  <w:lang w:val="sl-S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lang w:val="sl-SI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Moj list pravil</dc:title>
  <dc:subject/>
  <dc:creator>LessonPrep UG (haftungsbeschränkt) / Sportplan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sl-SI</dc:language>
</cp:coreProperties>
</file>